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22CA5" w14:textId="77777777" w:rsidR="00CD74EB" w:rsidRDefault="00000000">
      <w:r>
        <w:t>Kingdom of Johnland – Office of the Reigning Monarch</w:t>
      </w:r>
    </w:p>
    <w:p w14:paraId="66977661" w14:textId="77777777" w:rsidR="00CD74EB" w:rsidRDefault="00000000">
      <w:r>
        <w:t>Official Residence &amp; Citizenship Application Forms</w:t>
      </w:r>
      <w:r>
        <w:br/>
      </w:r>
    </w:p>
    <w:p w14:paraId="5BA5492B" w14:textId="77777777" w:rsidR="00CD74EB" w:rsidRDefault="00000000">
      <w:pPr>
        <w:pStyle w:val="Heading1"/>
      </w:pPr>
      <w:r>
        <w:t>Form R-1: Application for Short-Stay Leave</w:t>
      </w:r>
    </w:p>
    <w:p w14:paraId="6EF4DFF8" w14:textId="77777777" w:rsidR="00CD74EB" w:rsidRDefault="00000000">
      <w:r>
        <w:t>This form is to be completed by the applicant and submitted with the Medical Certification (Form M-1).</w:t>
      </w:r>
    </w:p>
    <w:p w14:paraId="434115C5" w14:textId="77777777" w:rsidR="00CD74EB" w:rsidRDefault="00000000">
      <w:r>
        <w:br/>
        <w:t>Section 1 – Personal Information</w:t>
      </w:r>
    </w:p>
    <w:p w14:paraId="32ECF6F7" w14:textId="77777777" w:rsidR="00CD74EB" w:rsidRDefault="00000000">
      <w:r>
        <w:t>Full Name: ________________________</w:t>
      </w:r>
    </w:p>
    <w:p w14:paraId="47CB37BF" w14:textId="77777777" w:rsidR="00CD74EB" w:rsidRDefault="00000000">
      <w:r>
        <w:t>Date of Birth (DD/MM/YYYY): ________________________</w:t>
      </w:r>
    </w:p>
    <w:p w14:paraId="5A26884E" w14:textId="77777777" w:rsidR="00CD74EB" w:rsidRDefault="00000000">
      <w:r>
        <w:t>Nationality/Citizenship: ________________________</w:t>
      </w:r>
    </w:p>
    <w:p w14:paraId="13480416" w14:textId="77777777" w:rsidR="00CD74EB" w:rsidRDefault="00000000">
      <w:r>
        <w:t>Passport Number: ________________________</w:t>
      </w:r>
    </w:p>
    <w:p w14:paraId="4CD17B1C" w14:textId="77777777" w:rsidR="00CD74EB" w:rsidRDefault="00000000">
      <w:r>
        <w:t>Current Address: ________________________</w:t>
      </w:r>
    </w:p>
    <w:p w14:paraId="1B6CC714" w14:textId="77777777" w:rsidR="00CD74EB" w:rsidRDefault="00000000">
      <w:r>
        <w:t>Contact Details (phone/email): ________________________</w:t>
      </w:r>
    </w:p>
    <w:p w14:paraId="371DFEF1" w14:textId="77777777" w:rsidR="00CD74EB" w:rsidRDefault="00000000">
      <w:r>
        <w:br/>
        <w:t>Section 2 – Purpose of Visit (tick one)</w:t>
      </w:r>
    </w:p>
    <w:p w14:paraId="14CA31A1" w14:textId="77777777" w:rsidR="00CD74EB" w:rsidRDefault="00000000">
      <w:r>
        <w:t>☐ Tourism / Cultural Visit</w:t>
      </w:r>
      <w:r>
        <w:br/>
        <w:t>☐ Family Visit</w:t>
      </w:r>
      <w:r>
        <w:br/>
        <w:t>☐ Conference / Meeting</w:t>
      </w:r>
      <w:r>
        <w:br/>
        <w:t>☐ Artist/Scholar in Residence (short-term)</w:t>
      </w:r>
      <w:r>
        <w:br/>
        <w:t>☐ Humanitarian Transit</w:t>
      </w:r>
    </w:p>
    <w:p w14:paraId="2BDEAB4E" w14:textId="77777777" w:rsidR="00CD74EB" w:rsidRDefault="00000000">
      <w:r>
        <w:br/>
        <w:t>Section 3 – Travel Information</w:t>
      </w:r>
    </w:p>
    <w:p w14:paraId="185EA38F" w14:textId="77777777" w:rsidR="00CD74EB" w:rsidRDefault="00000000">
      <w:r>
        <w:t>Date of Intended Entry: ________________________</w:t>
      </w:r>
    </w:p>
    <w:p w14:paraId="01B55EB9" w14:textId="77777777" w:rsidR="00CD74EB" w:rsidRDefault="00000000">
      <w:r>
        <w:t>Date of Intended Exit: ________________________</w:t>
      </w:r>
    </w:p>
    <w:p w14:paraId="25FF9468" w14:textId="77777777" w:rsidR="00CD74EB" w:rsidRDefault="00000000">
      <w:r>
        <w:t>Address in Johnland (if known): ________________________</w:t>
      </w:r>
    </w:p>
    <w:p w14:paraId="16AC1B14" w14:textId="77777777" w:rsidR="00EE27C3" w:rsidRDefault="00EE27C3"/>
    <w:p w14:paraId="58ED3246" w14:textId="03600BAA" w:rsidR="00CD74EB" w:rsidRDefault="00000000">
      <w:r>
        <w:lastRenderedPageBreak/>
        <w:br/>
        <w:t>Section 4 – Supporting Details</w:t>
      </w:r>
    </w:p>
    <w:p w14:paraId="1EAE85C4" w14:textId="77777777" w:rsidR="00CD74EB" w:rsidRDefault="00000000">
      <w:r>
        <w:t>Sponsor/Host (if applicable): ________________________</w:t>
      </w:r>
    </w:p>
    <w:p w14:paraId="284E7DFB" w14:textId="77777777" w:rsidR="00CD74EB" w:rsidRDefault="00000000">
      <w:r>
        <w:t>Previous Visits to Johnland (dates): ________________________</w:t>
      </w:r>
    </w:p>
    <w:p w14:paraId="6643CE7D" w14:textId="77777777" w:rsidR="00CD74EB" w:rsidRDefault="00000000">
      <w:r>
        <w:t>Have you ever been refused entry to Johnland or another country? ☐ No ☐ Yes (explain): ________________________</w:t>
      </w:r>
    </w:p>
    <w:p w14:paraId="5255761D" w14:textId="77777777" w:rsidR="00CD74EB" w:rsidRDefault="00000000">
      <w:r>
        <w:br/>
        <w:t>Section 5 – Declaration</w:t>
      </w:r>
    </w:p>
    <w:p w14:paraId="33A1152C" w14:textId="77777777" w:rsidR="00CD74EB" w:rsidRDefault="00000000">
      <w:r>
        <w:t>I solemnly declare that the information provided herein is true and complete. I understand that false statements may result in refusal or revocation of leave to enter Johnland.</w:t>
      </w:r>
    </w:p>
    <w:p w14:paraId="45B5FC45" w14:textId="77777777" w:rsidR="00CD74EB" w:rsidRDefault="00000000">
      <w:r>
        <w:br/>
        <w:t>Signature: ________________________     Date: ________________________</w:t>
      </w:r>
    </w:p>
    <w:sectPr w:rsidR="00CD74EB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2C79B" w14:textId="77777777" w:rsidR="00834E37" w:rsidRDefault="00834E37">
      <w:pPr>
        <w:spacing w:after="0" w:line="240" w:lineRule="auto"/>
      </w:pPr>
      <w:r>
        <w:separator/>
      </w:r>
    </w:p>
  </w:endnote>
  <w:endnote w:type="continuationSeparator" w:id="0">
    <w:p w14:paraId="6B144C94" w14:textId="77777777" w:rsidR="00834E37" w:rsidRDefault="0083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0E8C67" w14:textId="77777777" w:rsidR="00834E37" w:rsidRDefault="00834E37">
      <w:pPr>
        <w:spacing w:after="0" w:line="240" w:lineRule="auto"/>
      </w:pPr>
      <w:r>
        <w:separator/>
      </w:r>
    </w:p>
  </w:footnote>
  <w:footnote w:type="continuationSeparator" w:id="0">
    <w:p w14:paraId="00819289" w14:textId="77777777" w:rsidR="00834E37" w:rsidRDefault="00834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2A897" w14:textId="77777777" w:rsidR="00CD74EB" w:rsidRDefault="00000000">
    <w:pPr>
      <w:pStyle w:val="Header"/>
    </w:pPr>
    <w:r>
      <w:rPr>
        <w:noProof/>
      </w:rPr>
      <w:drawing>
        <wp:inline distT="0" distB="0" distL="0" distR="0" wp14:anchorId="67F6DD3E" wp14:editId="0492759C">
          <wp:extent cx="914400" cy="91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_seal_emblem_representing_the_Office_of_the_Reig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9565967">
    <w:abstractNumId w:val="8"/>
  </w:num>
  <w:num w:numId="2" w16cid:durableId="266549386">
    <w:abstractNumId w:val="6"/>
  </w:num>
  <w:num w:numId="3" w16cid:durableId="1513034144">
    <w:abstractNumId w:val="5"/>
  </w:num>
  <w:num w:numId="4" w16cid:durableId="2093820437">
    <w:abstractNumId w:val="4"/>
  </w:num>
  <w:num w:numId="5" w16cid:durableId="331108942">
    <w:abstractNumId w:val="7"/>
  </w:num>
  <w:num w:numId="6" w16cid:durableId="1125462522">
    <w:abstractNumId w:val="3"/>
  </w:num>
  <w:num w:numId="7" w16cid:durableId="1529372768">
    <w:abstractNumId w:val="2"/>
  </w:num>
  <w:num w:numId="8" w16cid:durableId="570701172">
    <w:abstractNumId w:val="1"/>
  </w:num>
  <w:num w:numId="9" w16cid:durableId="1036125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536349"/>
    <w:rsid w:val="00834E37"/>
    <w:rsid w:val="00AA1D8D"/>
    <w:rsid w:val="00B47730"/>
    <w:rsid w:val="00CB0664"/>
    <w:rsid w:val="00CD74EB"/>
    <w:rsid w:val="00EE27C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2E93DE"/>
  <w14:defaultImageDpi w14:val="300"/>
  <w15:docId w15:val="{BE5C5520-DF1E-4255-A0CF-CFA784BB5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1211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John Stopa</cp:lastModifiedBy>
  <cp:revision>2</cp:revision>
  <dcterms:created xsi:type="dcterms:W3CDTF">2013-12-23T23:15:00Z</dcterms:created>
  <dcterms:modified xsi:type="dcterms:W3CDTF">2026-05-09T21:03:00Z</dcterms:modified>
  <cp:category/>
</cp:coreProperties>
</file>