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Kingdom of Johnland – Office of the Reigning Monarch</w:t>
      </w:r>
    </w:p>
    <w:p>
      <w:r>
        <w:t>Official Residence &amp; Citizenship Application Forms</w:t>
        <w:br/>
      </w:r>
    </w:p>
    <w:p>
      <w:pPr>
        <w:pStyle w:val="Heading1"/>
      </w:pPr>
      <w:r>
        <w:t>Form R-4: Application for Protection &amp; Refuge</w:t>
      </w:r>
    </w:p>
    <w:p>
      <w:r>
        <w:br/>
        <w:t>Section 1 – Personal Information</w:t>
      </w:r>
    </w:p>
    <w:p>
      <w:r>
        <w:t>Full Name: ________________________</w:t>
      </w:r>
    </w:p>
    <w:p>
      <w:r>
        <w:t>Date of Birth (DD/MM/YYYY): ________________________</w:t>
      </w:r>
    </w:p>
    <w:p>
      <w:r>
        <w:t>Nationality/Citizenship: ________________________</w:t>
      </w:r>
    </w:p>
    <w:p>
      <w:r>
        <w:t>Passport/ID Number (if available): ________________________</w:t>
      </w:r>
    </w:p>
    <w:p>
      <w:r>
        <w:t>Current Address: ________________________</w:t>
      </w:r>
    </w:p>
    <w:p>
      <w:r>
        <w:t>Contact Details (phone/email): ________________________</w:t>
      </w:r>
    </w:p>
    <w:p>
      <w:r>
        <w:br/>
        <w:t>Section 2 – Basis of Claim (tick one)</w:t>
      </w:r>
    </w:p>
    <w:p>
      <w:r>
        <w:t>☐ Refugee (fear of persecution)</w:t>
      </w:r>
    </w:p>
    <w:p>
      <w:r>
        <w:t>☐ Asylum (political/religious grounds)</w:t>
      </w:r>
    </w:p>
    <w:p>
      <w:r>
        <w:t>☐ Humanitarian Parole (urgent need)</w:t>
      </w:r>
    </w:p>
    <w:p>
      <w:r>
        <w:br/>
        <w:t>Section 3 – Supporting Statement</w:t>
      </w:r>
    </w:p>
    <w:p>
      <w:r>
        <w:t>Describe reasons for claim: ________________________</w:t>
      </w:r>
    </w:p>
    <w:p>
      <w:r>
        <w:br/>
        <w:t>Section 4 – Family Members</w:t>
      </w:r>
    </w:p>
    <w:p>
      <w:r>
        <w:t>List names, DOBs, relationships, nationalities</w:t>
      </w:r>
    </w:p>
    <w:p>
      <w:r>
        <w:br/>
        <w:t>Section 5 – Assistance Requested</w:t>
      </w:r>
    </w:p>
    <w:p>
      <w:r>
        <w:t>☐ Housing ☐ Medical care ☐ Legal assistance ☐ Education</w:t>
      </w:r>
    </w:p>
    <w:p>
      <w:r>
        <w:br/>
        <w:t>Section 6 – Declaration</w:t>
      </w:r>
    </w:p>
    <w:p>
      <w:r>
        <w:t>I declare that the information provided is true.</w:t>
      </w:r>
    </w:p>
    <w:p>
      <w:r>
        <w:t>Signature/Mark: ________________________     Date: 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drawing>
        <wp:inline xmlns:a="http://schemas.openxmlformats.org/drawingml/2006/main" xmlns:pic="http://schemas.openxmlformats.org/drawingml/2006/picture">
          <wp:extent cx="914400" cy="9144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