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Kingdom of Johnland – Office of the Reigning Monarch</w:t>
      </w:r>
    </w:p>
    <w:p>
      <w:r>
        <w:t>Official Residence &amp; Citizenship Application Forms</w:t>
        <w:br/>
      </w:r>
    </w:p>
    <w:p>
      <w:pPr>
        <w:pStyle w:val="Heading1"/>
      </w:pPr>
      <w:r>
        <w:t>Form R-3: Application for Long-Term Residence Permit</w:t>
      </w:r>
    </w:p>
    <w:p>
      <w:r>
        <w:br/>
        <w:t>Section 1 – Personal Information</w:t>
      </w:r>
    </w:p>
    <w:p>
      <w:r>
        <w:t>Full Name: ________________________</w:t>
      </w:r>
    </w:p>
    <w:p>
      <w:r>
        <w:t>Date of Birth (DD/MM/YYYY): ________________________</w:t>
      </w:r>
    </w:p>
    <w:p>
      <w:r>
        <w:t>Nationality/Citizenship: ________________________</w:t>
      </w:r>
    </w:p>
    <w:p>
      <w:r>
        <w:t>Passport Number: ________________________</w:t>
      </w:r>
    </w:p>
    <w:p>
      <w:r>
        <w:t>Current Address: ________________________</w:t>
      </w:r>
    </w:p>
    <w:p>
      <w:r>
        <w:t>Contact Details (phone/email): ________________________</w:t>
      </w:r>
    </w:p>
    <w:p>
      <w:r>
        <w:br/>
        <w:t>Section 2 – Residency History</w:t>
      </w:r>
    </w:p>
    <w:p>
      <w:r>
        <w:t>Date of First Entry: ________________________</w:t>
      </w:r>
    </w:p>
    <w:p>
      <w:r>
        <w:t>Residence Permits held: ________________________</w:t>
      </w:r>
    </w:p>
    <w:p>
      <w:r>
        <w:t>Total years of residence: ________________________</w:t>
      </w:r>
    </w:p>
    <w:p>
      <w:r>
        <w:br/>
        <w:t>Section 3 – Eligibility Pathway (tick one)</w:t>
      </w:r>
    </w:p>
    <w:p>
      <w:r>
        <w:t>☐ Standard (3+ years)</w:t>
      </w:r>
    </w:p>
    <w:p>
      <w:r>
        <w:t>☐ Accelerated (2+ years + language + community service)</w:t>
      </w:r>
    </w:p>
    <w:p>
      <w:r>
        <w:t>☐ Refugee/Protected Person (2+ years)</w:t>
      </w:r>
    </w:p>
    <w:p>
      <w:r>
        <w:br/>
        <w:t>Section 4 – Community Contribution</w:t>
      </w:r>
    </w:p>
    <w:p>
      <w:r>
        <w:t>Work/Service in Johnland: ________________________</w:t>
      </w:r>
    </w:p>
    <w:p>
      <w:r>
        <w:t>Institution(s)/Organisation(s): ________________________</w:t>
      </w:r>
    </w:p>
    <w:p>
      <w:r>
        <w:t>Verification Letter attached: ☐ Yes ☐ No</w:t>
      </w:r>
    </w:p>
    <w:p>
      <w:r>
        <w:br/>
        <w:t>Section 5 – Language Proficiency</w:t>
      </w:r>
    </w:p>
    <w:p>
      <w:r>
        <w:t>☐ Beginner ☐ Intermediate ☐ Advanced ☐ Native</w:t>
      </w:r>
    </w:p>
    <w:p>
      <w:r>
        <w:br/>
        <w:t>Section 6 – Integrity Questions</w:t>
      </w:r>
    </w:p>
    <w:p>
      <w:r>
        <w:t>Convictions in past 10 years? ☐ No ☐ Yes</w:t>
      </w:r>
    </w:p>
    <w:p>
      <w:r>
        <w:t>Subject to deportation elsewhere? ☐ No ☐ Yes</w:t>
      </w:r>
    </w:p>
    <w:p>
      <w:r>
        <w:br/>
        <w:t>Section 7 – Declaration</w:t>
      </w:r>
    </w:p>
    <w:p>
      <w:r>
        <w:t>I pledge to make Johnland my principal home and uphold its peace and prosperity.</w:t>
      </w:r>
    </w:p>
    <w:p>
      <w:r>
        <w:t>Signature: ________________________     Date: ________________________</w:t>
      </w:r>
    </w:p>
    <w:sectPr w:rsidR="00FC693F" w:rsidRPr="0006063C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  <w:r>
      <w:drawing>
        <wp:inline xmlns:a="http://schemas.openxmlformats.org/drawingml/2006/main" xmlns:pic="http://schemas.openxmlformats.org/drawingml/2006/picture">
          <wp:extent cx="914400" cy="914400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A_seal_emblem_representing_the_Office_of_the_Reig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