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Kingdom of Johnland – Office of the Reigning Monarch</w:t>
      </w:r>
    </w:p>
    <w:p>
      <w:r>
        <w:t>Official Residence &amp; Citizenship Application Forms</w:t>
        <w:br/>
      </w:r>
    </w:p>
    <w:p>
      <w:pPr>
        <w:pStyle w:val="Heading1"/>
      </w:pPr>
      <w:r>
        <w:t>Form R-2: Application for Temporary Residence Permit</w:t>
      </w:r>
    </w:p>
    <w:p>
      <w:r>
        <w:br/>
        <w:t>Section 1 – Personal Information</w:t>
      </w:r>
    </w:p>
    <w:p>
      <w:r>
        <w:t>Full Name: ________________________</w:t>
      </w:r>
    </w:p>
    <w:p>
      <w:r>
        <w:t>Date of Birth (DD/MM/YYYY): ________________________</w:t>
      </w:r>
    </w:p>
    <w:p>
      <w:r>
        <w:t>Nationality/Citizenship: ________________________</w:t>
      </w:r>
    </w:p>
    <w:p>
      <w:r>
        <w:t>Passport Number: ________________________</w:t>
      </w:r>
    </w:p>
    <w:p>
      <w:r>
        <w:t>Current Address: ________________________</w:t>
      </w:r>
    </w:p>
    <w:p>
      <w:r>
        <w:t>Contact Details (phone/email): ________________________</w:t>
      </w:r>
    </w:p>
    <w:p>
      <w:r>
        <w:br/>
        <w:t>Section 2 – Residence Category (tick one)</w:t>
      </w:r>
    </w:p>
    <w:p>
      <w:r>
        <w:t>☐ Skilled Worker Permit</w:t>
      </w:r>
    </w:p>
    <w:p>
      <w:r>
        <w:t>☐ Founder/Innovator Permit</w:t>
      </w:r>
    </w:p>
    <w:p>
      <w:r>
        <w:t>☐ Creative &amp; Research Fellow Permit</w:t>
      </w:r>
    </w:p>
    <w:p>
      <w:r>
        <w:t>☐ Student Permit</w:t>
      </w:r>
    </w:p>
    <w:p>
      <w:r>
        <w:t>☐ Family Reunification Permit</w:t>
      </w:r>
    </w:p>
    <w:p>
      <w:r>
        <w:t>☐ Service for Peace Permit</w:t>
      </w:r>
    </w:p>
    <w:p>
      <w:r>
        <w:br/>
        <w:t>Section 3 – Employment/Study/Service Details</w:t>
      </w:r>
    </w:p>
    <w:p>
      <w:r>
        <w:t>Employer/Institution/Programme: ________________________</w:t>
      </w:r>
    </w:p>
    <w:p>
      <w:r>
        <w:t>Address: ________________________</w:t>
      </w:r>
    </w:p>
    <w:p>
      <w:r>
        <w:t>Position/Course/Service Role: ________________________</w:t>
      </w:r>
    </w:p>
    <w:p>
      <w:r>
        <w:t>Contract/Offer Start Date: ________________________</w:t>
      </w:r>
    </w:p>
    <w:p>
      <w:r>
        <w:t>Duration: ________________________</w:t>
      </w:r>
    </w:p>
    <w:p>
      <w:r>
        <w:br/>
        <w:t>Section 4 – Language &amp; Community Information</w:t>
      </w:r>
    </w:p>
    <w:p>
      <w:r>
        <w:t>Languages spoken: ________________________</w:t>
      </w:r>
    </w:p>
    <w:p>
      <w:r>
        <w:t>Knowledge of Johnlandish: ☐ Beginner ☐ Intermediate ☐ Advanced</w:t>
      </w:r>
    </w:p>
    <w:p>
      <w:r>
        <w:t>Family/community ties in Johnland: ☐ No ☐ Yes – specify: ________________________</w:t>
      </w:r>
    </w:p>
    <w:p>
      <w:r>
        <w:br/>
        <w:t>Section 5 – Integrity Questions</w:t>
      </w:r>
    </w:p>
    <w:p>
      <w:r>
        <w:t>Ever convicted of serious offence? ☐ No ☐ Yes (explain)</w:t>
      </w:r>
    </w:p>
    <w:p>
      <w:r>
        <w:t>Currently under investigation? ☐ No ☐ Yes</w:t>
      </w:r>
    </w:p>
    <w:p>
      <w:r>
        <w:br/>
        <w:t>Section 6 – Declaration</w:t>
      </w:r>
    </w:p>
    <w:p>
      <w:r>
        <w:t>I pledge to abide by the laws of Johnland and respect its people and customs.</w:t>
      </w:r>
    </w:p>
    <w:p>
      <w:r>
        <w:t>Signature: ________________________     Date: ________________________</w:t>
      </w:r>
    </w:p>
    <w:sectPr w:rsidR="00FC693F" w:rsidRPr="0006063C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>
      <w:drawing>
        <wp:inline xmlns:a="http://schemas.openxmlformats.org/drawingml/2006/main" xmlns:pic="http://schemas.openxmlformats.org/drawingml/2006/picture">
          <wp:extent cx="914400" cy="914400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A_seal_emblem_representing_the_Office_of_the_Reig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