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Kingdom of Johnland – Office of the Reigning Monarch</w:t>
      </w:r>
    </w:p>
    <w:p>
      <w:r>
        <w:t>Official Residence &amp; Citizenship Application Forms</w:t>
        <w:br/>
      </w:r>
    </w:p>
    <w:p>
      <w:pPr>
        <w:pStyle w:val="Heading1"/>
      </w:pPr>
      <w:r>
        <w:t>Form R-1: Application for Short-Stay Leave</w:t>
      </w:r>
    </w:p>
    <w:p>
      <w:r>
        <w:br/>
        <w:t>Section 1 – Personal Information</w:t>
      </w:r>
    </w:p>
    <w:p>
      <w:r>
        <w:t>Full Name: ________________________</w:t>
      </w:r>
    </w:p>
    <w:p>
      <w:r>
        <w:t>Date of Birth (DD/MM/YYYY): ________________________</w:t>
      </w:r>
    </w:p>
    <w:p>
      <w:r>
        <w:t>Nationality/Citizenship: ________________________</w:t>
      </w:r>
    </w:p>
    <w:p>
      <w:r>
        <w:t>Passport Number: ________________________</w:t>
      </w:r>
    </w:p>
    <w:p>
      <w:r>
        <w:t>Current Address: ________________________</w:t>
      </w:r>
    </w:p>
    <w:p>
      <w:r>
        <w:t>Contact Details (phone/email): ________________________</w:t>
      </w:r>
    </w:p>
    <w:p>
      <w:r>
        <w:br/>
        <w:t>Section 2 – Purpose of Visit (tick one)</w:t>
      </w:r>
    </w:p>
    <w:p>
      <w:r>
        <w:t>☐ Tourism / Cultural Visit</w:t>
      </w:r>
    </w:p>
    <w:p>
      <w:r>
        <w:t>☐ Family Visit</w:t>
      </w:r>
    </w:p>
    <w:p>
      <w:r>
        <w:t>☐ Conference / Meeting</w:t>
      </w:r>
    </w:p>
    <w:p>
      <w:r>
        <w:t>☐ Artist/Scholar in Residence (short-term)</w:t>
      </w:r>
    </w:p>
    <w:p>
      <w:r>
        <w:t>☐ Humanitarian Transit</w:t>
      </w:r>
    </w:p>
    <w:p>
      <w:r>
        <w:br/>
        <w:t>Section 3 – Travel Information</w:t>
      </w:r>
    </w:p>
    <w:p>
      <w:r>
        <w:t>Date of Intended Entry: ________________________</w:t>
      </w:r>
    </w:p>
    <w:p>
      <w:r>
        <w:t>Date of Intended Exit: ________________________</w:t>
      </w:r>
    </w:p>
    <w:p>
      <w:r>
        <w:t>Address in Johnland (if known): ________________________</w:t>
      </w:r>
    </w:p>
    <w:p>
      <w:r>
        <w:br/>
        <w:t>Section 4 – Supporting Details</w:t>
      </w:r>
    </w:p>
    <w:p>
      <w:r>
        <w:t>Sponsor/Host (if applicable): ________________________</w:t>
      </w:r>
    </w:p>
    <w:p>
      <w:r>
        <w:t>Previous Visits to Johnland (dates): ________________________</w:t>
      </w:r>
    </w:p>
    <w:p>
      <w:r>
        <w:t>Ever refused entry to Johnland/another country? ☐ No ☐ Yes (explain): ________________________</w:t>
      </w:r>
    </w:p>
    <w:p>
      <w:r>
        <w:br/>
        <w:t>Section 5 – Declaration</w:t>
      </w:r>
    </w:p>
    <w:p>
      <w:r>
        <w:t>I solemnly declare that the information provided herein is true and complete.</w:t>
      </w:r>
    </w:p>
    <w:p>
      <w:r>
        <w:t>Signature: ________________________     Date: ________________________</w:t>
      </w:r>
    </w:p>
    <w:sectPr w:rsidR="00FC693F" w:rsidRPr="0006063C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  <w:r>
      <w:drawing>
        <wp:inline xmlns:a="http://schemas.openxmlformats.org/drawingml/2006/main" xmlns:pic="http://schemas.openxmlformats.org/drawingml/2006/picture">
          <wp:extent cx="914400" cy="914400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A_seal_emblem_representing_the_Office_of_the_Reig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