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E6A55" w14:textId="77777777" w:rsidR="00EA439B" w:rsidRDefault="00000000">
      <w:r>
        <w:t>Kingdom of Johnland – Office of the Reigning Monarch</w:t>
      </w:r>
    </w:p>
    <w:p w14:paraId="02823A5D" w14:textId="77777777" w:rsidR="00EA439B" w:rsidRDefault="00000000">
      <w:r>
        <w:t>Official Residence &amp; Citizenship Application Forms</w:t>
      </w:r>
      <w:r>
        <w:br/>
      </w:r>
    </w:p>
    <w:p w14:paraId="5905C272" w14:textId="77777777" w:rsidR="00EA439B" w:rsidRDefault="00000000">
      <w:pPr>
        <w:pStyle w:val="Heading1"/>
      </w:pPr>
      <w:r>
        <w:t>Form C-1: Application for Citizenship (Naturalisation)</w:t>
      </w:r>
    </w:p>
    <w:p w14:paraId="4D018641" w14:textId="77777777" w:rsidR="00EA439B" w:rsidRDefault="00000000">
      <w:r>
        <w:br/>
        <w:t>Section 1 – Personal Information</w:t>
      </w:r>
    </w:p>
    <w:p w14:paraId="4E88393D" w14:textId="5D08A455" w:rsidR="00EA439B" w:rsidRDefault="00000000">
      <w:r>
        <w:t>Full Name: ________________________</w:t>
      </w:r>
      <w:r w:rsidR="00AF0CCD">
        <w:t>_____________________________________________________________</w:t>
      </w:r>
    </w:p>
    <w:p w14:paraId="5B08B9E4" w14:textId="55E8F93A" w:rsidR="00EA439B" w:rsidRDefault="00000000">
      <w:r>
        <w:t>Date of Birth (DD/MM/YYYY): ________________________</w:t>
      </w:r>
      <w:r w:rsidR="00AF0CCD">
        <w:t>____________</w:t>
      </w:r>
    </w:p>
    <w:p w14:paraId="78D04CC5" w14:textId="77777777" w:rsidR="00EA439B" w:rsidRDefault="00000000">
      <w:r>
        <w:t>Nationality at Birth: ________________________</w:t>
      </w:r>
    </w:p>
    <w:p w14:paraId="6A1E25D0" w14:textId="467B81CC" w:rsidR="00EA439B" w:rsidRDefault="00000000">
      <w:r>
        <w:t>Current Nationality</w:t>
      </w:r>
      <w:r w:rsidR="00F54554">
        <w:t>/</w:t>
      </w:r>
      <w:proofErr w:type="spellStart"/>
      <w:r w:rsidR="00F54554">
        <w:t>ies</w:t>
      </w:r>
      <w:proofErr w:type="spellEnd"/>
      <w:r>
        <w:t>: _______________________</w:t>
      </w:r>
      <w:r w:rsidR="00346D12">
        <w:t>_____________________________________</w:t>
      </w:r>
      <w:r>
        <w:t>_</w:t>
      </w:r>
    </w:p>
    <w:p w14:paraId="219D8D55" w14:textId="77777777" w:rsidR="00EA439B" w:rsidRDefault="00000000">
      <w:r>
        <w:t>Passport Number: ________________________</w:t>
      </w:r>
    </w:p>
    <w:p w14:paraId="3443B784" w14:textId="6717D6EB" w:rsidR="00EA439B" w:rsidRDefault="00000000">
      <w:r>
        <w:t>Current Address: ________________________</w:t>
      </w:r>
      <w:r w:rsidR="00AF0CCD">
        <w:t>_________________________________________________________________________________</w:t>
      </w:r>
    </w:p>
    <w:p w14:paraId="24E4214A" w14:textId="63CCEE17" w:rsidR="00EA439B" w:rsidRDefault="00000000">
      <w:r>
        <w:t>Contact Details (phone/email): ________________________</w:t>
      </w:r>
      <w:r w:rsidR="00AF0CCD">
        <w:t>_____________________________________________</w:t>
      </w:r>
    </w:p>
    <w:p w14:paraId="5EDDE1A8" w14:textId="77777777" w:rsidR="00EA439B" w:rsidRDefault="00000000">
      <w:r>
        <w:br/>
        <w:t>Section 2 – Residence Eligibility</w:t>
      </w:r>
    </w:p>
    <w:p w14:paraId="0126D8B4" w14:textId="38F14DCB" w:rsidR="00EA439B" w:rsidRDefault="00000000">
      <w:r>
        <w:t>Date of First Entry: _______________________</w:t>
      </w:r>
      <w:r w:rsidR="00AF0CCD">
        <w:t>____________________</w:t>
      </w:r>
      <w:r>
        <w:t>_</w:t>
      </w:r>
    </w:p>
    <w:p w14:paraId="4A542FBB" w14:textId="29A95842" w:rsidR="00EA439B" w:rsidRDefault="00000000">
      <w:r>
        <w:t>Residence Permits held: ________________________</w:t>
      </w:r>
      <w:r w:rsidR="00AF0CCD">
        <w:t>______________</w:t>
      </w:r>
    </w:p>
    <w:p w14:paraId="1AB7F792" w14:textId="5EB75D74" w:rsidR="00EA439B" w:rsidRDefault="00000000">
      <w:r>
        <w:t>Total years of residence: ______________________</w:t>
      </w:r>
      <w:r w:rsidR="00AF0CCD">
        <w:t>______________</w:t>
      </w:r>
      <w:r>
        <w:t>__</w:t>
      </w:r>
    </w:p>
    <w:p w14:paraId="1EA16ACB" w14:textId="77777777" w:rsidR="00EA439B" w:rsidRDefault="00000000">
      <w:r>
        <w:t>Pathway: ☐ Standard ☐ Marriage ☐ Service for Peace ☐ Child Clause</w:t>
      </w:r>
    </w:p>
    <w:p w14:paraId="318A9D8D" w14:textId="77777777" w:rsidR="00EA439B" w:rsidRDefault="00000000">
      <w:r>
        <w:br/>
        <w:t>Section 3 – Language &amp; Civics</w:t>
      </w:r>
    </w:p>
    <w:p w14:paraId="2DCAFFB8" w14:textId="77777777" w:rsidR="00EA439B" w:rsidRDefault="00000000">
      <w:r>
        <w:t>Johnlandish proficiency: ☐ Beginner ☐ Intermediate ☐ Advanced</w:t>
      </w:r>
    </w:p>
    <w:p w14:paraId="5FC0F2FC" w14:textId="77777777" w:rsidR="00EA439B" w:rsidRDefault="00000000">
      <w:r>
        <w:t>English proficiency: ☐ Beginner ☐ Intermediate ☐ Advanced</w:t>
      </w:r>
    </w:p>
    <w:p w14:paraId="08368FC8" w14:textId="77777777" w:rsidR="00EA439B" w:rsidRDefault="00000000">
      <w:r>
        <w:t>Civics conversation attended? ☐ Yes ☐ No</w:t>
      </w:r>
    </w:p>
    <w:p w14:paraId="3036A427" w14:textId="77777777" w:rsidR="00EA439B" w:rsidRDefault="00000000">
      <w:r>
        <w:lastRenderedPageBreak/>
        <w:br/>
        <w:t>Section 4 – Community Endorsement</w:t>
      </w:r>
    </w:p>
    <w:p w14:paraId="3B44445C" w14:textId="77777777" w:rsidR="00EA439B" w:rsidRDefault="00000000">
      <w:r>
        <w:t>Institution: ________________________</w:t>
      </w:r>
    </w:p>
    <w:p w14:paraId="44FF4F3E" w14:textId="77777777" w:rsidR="00EA439B" w:rsidRDefault="00000000">
      <w:r>
        <w:t>Contact Person: ________________________</w:t>
      </w:r>
    </w:p>
    <w:p w14:paraId="118FE4DA" w14:textId="77777777" w:rsidR="00EA439B" w:rsidRDefault="00000000">
      <w:r>
        <w:t>Letter attached: ☐ Yes ☐ No</w:t>
      </w:r>
    </w:p>
    <w:p w14:paraId="584B452D" w14:textId="77777777" w:rsidR="00EA439B" w:rsidRDefault="00000000">
      <w:r>
        <w:br/>
        <w:t>Section 5 – Integrity Questions</w:t>
      </w:r>
    </w:p>
    <w:p w14:paraId="5AA9C236" w14:textId="77777777" w:rsidR="00EA439B" w:rsidRDefault="00000000">
      <w:r>
        <w:t>Ever renounced citizenship? ☐ Yes ☐ No</w:t>
      </w:r>
    </w:p>
    <w:p w14:paraId="3D8C7CEA" w14:textId="77777777" w:rsidR="00EA439B" w:rsidRDefault="00000000">
      <w:r>
        <w:t>Convicted of serious offence? ☐ Yes ☐ No</w:t>
      </w:r>
    </w:p>
    <w:p w14:paraId="51A0FB0B" w14:textId="77777777" w:rsidR="00EA439B" w:rsidRDefault="00000000">
      <w:r>
        <w:t>Under investigation abroad? ☐ Yes ☐ No</w:t>
      </w:r>
    </w:p>
    <w:p w14:paraId="1905C273" w14:textId="77777777" w:rsidR="00AF0CCD" w:rsidRPr="00AF0CCD" w:rsidRDefault="00000000" w:rsidP="00AF0CCD">
      <w:pPr>
        <w:rPr>
          <w:lang w:val="en-CA"/>
        </w:rPr>
      </w:pPr>
      <w:r>
        <w:br/>
      </w:r>
      <w:r w:rsidR="00AF0CCD" w:rsidRPr="00AF0CCD">
        <w:rPr>
          <w:lang w:val="en-CA"/>
        </w:rPr>
        <w:t>Section 6 – Oath of Citizenship</w:t>
      </w:r>
    </w:p>
    <w:p w14:paraId="0D017997" w14:textId="77777777" w:rsidR="00AF0CCD" w:rsidRPr="00AF0CCD" w:rsidRDefault="00AF0CCD" w:rsidP="00AF0CCD">
      <w:pPr>
        <w:rPr>
          <w:lang w:val="en-CA"/>
        </w:rPr>
      </w:pPr>
      <w:r w:rsidRPr="00AF0CCD">
        <w:rPr>
          <w:lang w:val="en-CA"/>
        </w:rPr>
        <w:t>I freely and solemnly pledge my loyalty to the Kingdom of Johnland, the Kingdom of Peace, and to the lawful authority of the Reigning Monarch and the Governing Council assembled at the Addresserat.</w:t>
      </w:r>
    </w:p>
    <w:p w14:paraId="0CA25818" w14:textId="77777777" w:rsidR="00AF0CCD" w:rsidRPr="00AF0CCD" w:rsidRDefault="00AF0CCD" w:rsidP="00AF0CCD">
      <w:pPr>
        <w:rPr>
          <w:lang w:val="en-CA"/>
        </w:rPr>
      </w:pPr>
      <w:r w:rsidRPr="00AF0CCD">
        <w:rPr>
          <w:lang w:val="en-CA"/>
        </w:rPr>
        <w:t>I affirm my respect for the Code of Common and Civil Law of the Kingdom, and I commit myself to uphold the principles of justice, dignity, compassion, liberty, and peace upon which Johnland is founded.</w:t>
      </w:r>
    </w:p>
    <w:p w14:paraId="4B1A5A13" w14:textId="77777777" w:rsidR="00AF0CCD" w:rsidRPr="00AF0CCD" w:rsidRDefault="00AF0CCD" w:rsidP="00AF0CCD">
      <w:pPr>
        <w:rPr>
          <w:lang w:val="en-CA"/>
        </w:rPr>
      </w:pPr>
      <w:r w:rsidRPr="00AF0CCD">
        <w:rPr>
          <w:lang w:val="en-CA"/>
        </w:rPr>
        <w:t>I pledge to act in goodwill toward my fellow citizens, to respect the rights and freedoms of all persons, and to contribute, in whatever way I am able, to the harmony, creativity, and flourishing of the Kingdom.</w:t>
      </w:r>
    </w:p>
    <w:p w14:paraId="4CFE5E13" w14:textId="77777777" w:rsidR="00AF0CCD" w:rsidRPr="00AF0CCD" w:rsidRDefault="00AF0CCD" w:rsidP="00AF0CCD">
      <w:pPr>
        <w:rPr>
          <w:lang w:val="en-CA"/>
        </w:rPr>
      </w:pPr>
      <w:r w:rsidRPr="00AF0CCD">
        <w:rPr>
          <w:lang w:val="en-CA"/>
        </w:rPr>
        <w:t>In this spirit, I willingly accept the rights and responsibilities of citizenship within the Kingdom of Johnland.</w:t>
      </w:r>
    </w:p>
    <w:p w14:paraId="556BCA34" w14:textId="1419AB8F" w:rsidR="00AF0CCD" w:rsidRPr="00AF0CCD" w:rsidRDefault="00AF0CCD" w:rsidP="00AF0CCD">
      <w:pPr>
        <w:rPr>
          <w:lang w:val="en-CA"/>
        </w:rPr>
      </w:pPr>
      <w:r w:rsidRPr="00AF0CCD">
        <w:rPr>
          <w:lang w:val="en-CA"/>
        </w:rPr>
        <w:t>Signature: _________________________________________</w:t>
      </w:r>
      <w:r>
        <w:rPr>
          <w:lang w:val="en-CA"/>
        </w:rPr>
        <w:t>____________________________________________</w:t>
      </w:r>
      <w:r w:rsidRPr="00AF0CCD">
        <w:rPr>
          <w:lang w:val="en-CA"/>
        </w:rPr>
        <w:t>_</w:t>
      </w:r>
      <w:r>
        <w:rPr>
          <w:lang w:val="en-CA"/>
        </w:rPr>
        <w:br/>
      </w:r>
      <w:r>
        <w:rPr>
          <w:lang w:val="en-CA"/>
        </w:rPr>
        <w:br/>
      </w:r>
      <w:proofErr w:type="gramStart"/>
      <w:r>
        <w:rPr>
          <w:lang w:val="en-CA"/>
        </w:rPr>
        <w:t>Witness:_</w:t>
      </w:r>
      <w:proofErr w:type="gramEnd"/>
      <w:r>
        <w:rPr>
          <w:lang w:val="en-CA"/>
        </w:rPr>
        <w:t>_______________________________________________________________________________________</w:t>
      </w:r>
    </w:p>
    <w:p w14:paraId="23391BC9" w14:textId="77777777" w:rsidR="00AF0CCD" w:rsidRPr="00AF0CCD" w:rsidRDefault="00AF0CCD" w:rsidP="00AF0CCD">
      <w:pPr>
        <w:rPr>
          <w:lang w:val="en-CA"/>
        </w:rPr>
      </w:pPr>
      <w:r w:rsidRPr="00AF0CCD">
        <w:rPr>
          <w:lang w:val="en-CA"/>
        </w:rPr>
        <w:t>Date: ________________________</w:t>
      </w:r>
    </w:p>
    <w:p w14:paraId="08B82132" w14:textId="60EBC143" w:rsidR="00EA439B" w:rsidRDefault="00EA439B" w:rsidP="00AF0CCD"/>
    <w:sectPr w:rsidR="00EA439B"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6E82F" w14:textId="77777777" w:rsidR="00C6184B" w:rsidRDefault="00C6184B">
      <w:pPr>
        <w:spacing w:after="0" w:line="240" w:lineRule="auto"/>
      </w:pPr>
      <w:r>
        <w:separator/>
      </w:r>
    </w:p>
  </w:endnote>
  <w:endnote w:type="continuationSeparator" w:id="0">
    <w:p w14:paraId="0821DA8C" w14:textId="77777777" w:rsidR="00C6184B" w:rsidRDefault="00C6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184A6" w14:textId="77777777" w:rsidR="00C6184B" w:rsidRDefault="00C6184B">
      <w:pPr>
        <w:spacing w:after="0" w:line="240" w:lineRule="auto"/>
      </w:pPr>
      <w:r>
        <w:separator/>
      </w:r>
    </w:p>
  </w:footnote>
  <w:footnote w:type="continuationSeparator" w:id="0">
    <w:p w14:paraId="508851B5" w14:textId="77777777" w:rsidR="00C6184B" w:rsidRDefault="00C61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C01E" w14:textId="77777777" w:rsidR="00EA439B" w:rsidRDefault="00000000">
    <w:pPr>
      <w:pStyle w:val="Header"/>
    </w:pPr>
    <w:r>
      <w:rPr>
        <w:noProof/>
      </w:rPr>
      <w:drawing>
        <wp:inline distT="0" distB="0" distL="0" distR="0" wp14:anchorId="2FDFD173" wp14:editId="3872F461">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eal_emblem_representing_the_Office_of_the_Reign.png"/>
                  <pic:cNvPicPr/>
                </pic:nvPicPr>
                <pic:blipFill>
                  <a:blip r:embed="rId1"/>
                  <a:stretch>
                    <a:fillRect/>
                  </a:stretch>
                </pic:blipFill>
                <pic:spPr>
                  <a:xfrm>
                    <a:off x="0" y="0"/>
                    <a:ext cx="91440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077432309">
    <w:abstractNumId w:val="8"/>
  </w:num>
  <w:num w:numId="2" w16cid:durableId="2064939377">
    <w:abstractNumId w:val="6"/>
  </w:num>
  <w:num w:numId="3" w16cid:durableId="2069913874">
    <w:abstractNumId w:val="5"/>
  </w:num>
  <w:num w:numId="4" w16cid:durableId="722676342">
    <w:abstractNumId w:val="4"/>
  </w:num>
  <w:num w:numId="5" w16cid:durableId="698580018">
    <w:abstractNumId w:val="7"/>
  </w:num>
  <w:num w:numId="6" w16cid:durableId="1445921273">
    <w:abstractNumId w:val="3"/>
  </w:num>
  <w:num w:numId="7" w16cid:durableId="384380019">
    <w:abstractNumId w:val="2"/>
  </w:num>
  <w:num w:numId="8" w16cid:durableId="1714574720">
    <w:abstractNumId w:val="1"/>
  </w:num>
  <w:num w:numId="9" w16cid:durableId="826632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346D12"/>
    <w:rsid w:val="00536349"/>
    <w:rsid w:val="009E7698"/>
    <w:rsid w:val="00AA1D8D"/>
    <w:rsid w:val="00AF0CCD"/>
    <w:rsid w:val="00B47730"/>
    <w:rsid w:val="00C6184B"/>
    <w:rsid w:val="00CB0664"/>
    <w:rsid w:val="00EA439B"/>
    <w:rsid w:val="00EA5A2D"/>
    <w:rsid w:val="00F5455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FA9B4"/>
  <w14:defaultImageDpi w14:val="300"/>
  <w15:docId w15:val="{BE5C5520-DF1E-4255-A0CF-CFA784BB5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AF0C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429</Words>
  <Characters>2095</Characters>
  <Application>Microsoft Office Word</Application>
  <DocSecurity>0</DocSecurity>
  <Lines>99</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John Stopa</cp:lastModifiedBy>
  <cp:revision>38</cp:revision>
  <dcterms:created xsi:type="dcterms:W3CDTF">2013-12-23T23:15:00Z</dcterms:created>
  <dcterms:modified xsi:type="dcterms:W3CDTF">2026-05-09T21:13:00Z</dcterms:modified>
  <cp:category/>
</cp:coreProperties>
</file>